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0"/>
        <w:jc w:val="left"/>
      </w:pPr>
      <w:r>
        <w:rPr>
          <w:rFonts w:ascii="宋体" w:hAnsi="宋体" w:eastAsia="宋体"/>
          <w:b w:val="0"/>
          <w:sz w:val="24"/>
        </w:rPr>
        <w:t>附件7</w:t>
      </w:r>
    </w:p>
    <w:p>
      <w:pPr>
        <w:spacing w:line="360" w:lineRule="auto" w:before="120" w:after="0"/>
        <w:jc w:val="center"/>
      </w:pPr>
      <w:r>
        <w:rPr>
          <w:rFonts w:ascii="方正小标宋简体" w:hAnsi="方正小标宋简体" w:eastAsia="方正小标宋简体"/>
          <w:b/>
          <w:sz w:val="32"/>
        </w:rPr>
        <w:t>广西师范大学第十九届全国大学生创新年会</w:t>
      </w:r>
    </w:p>
    <w:p>
      <w:pPr>
        <w:spacing w:line="360" w:lineRule="auto" w:before="0" w:after="200"/>
        <w:jc w:val="center"/>
      </w:pPr>
      <w:r>
        <w:rPr>
          <w:rFonts w:ascii="方正小标宋简体" w:hAnsi="方正小标宋简体" w:eastAsia="方正小标宋简体"/>
          <w:b/>
          <w:sz w:val="32"/>
        </w:rPr>
        <w:t>推荐项目汇总表</w:t>
      </w:r>
    </w:p>
    <w:p>
      <w:pPr>
        <w:spacing w:line="360" w:lineRule="auto" w:before="0" w:after="0"/>
        <w:jc w:val="left"/>
      </w:pPr>
      <w:r>
        <w:rPr>
          <w:rFonts w:ascii="仿宋" w:hAnsi="仿宋" w:eastAsia="仿宋"/>
          <w:b w:val="0"/>
          <w:sz w:val="24"/>
        </w:rPr>
        <w:t xml:space="preserve">推荐单位（盖章）：                    填报人：            联系电话：           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46"/>
        <w:gridCol w:w="1046"/>
        <w:gridCol w:w="1046"/>
        <w:gridCol w:w="1046"/>
        <w:gridCol w:w="1046"/>
        <w:gridCol w:w="1046"/>
        <w:gridCol w:w="1046"/>
        <w:gridCol w:w="1046"/>
        <w:gridCol w:w="1046"/>
      </w:tblGrid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type="dxa" w:w="1077"/>
            <w:vAlign w:val="center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推荐类别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项目名称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项目编号</w:t>
              <w:br/>
              <w:t>（国创计划）</w:t>
            </w:r>
          </w:p>
        </w:tc>
        <w:tc>
          <w:tcPr>
            <w:tcW w:type="dxa" w:w="1587"/>
            <w:vAlign w:val="center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项目负责人</w:t>
              <w:br/>
              <w:t>（学院/年级/专业）</w:t>
            </w:r>
          </w:p>
        </w:tc>
        <w:tc>
          <w:tcPr>
            <w:tcW w:type="dxa" w:w="1020"/>
            <w:vAlign w:val="center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指导教师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联系电话</w:t>
            </w:r>
          </w:p>
        </w:tc>
        <w:tc>
          <w:tcPr>
            <w:tcW w:type="dxa" w:w="794"/>
            <w:vAlign w:val="center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本单位</w:t>
              <w:br/>
              <w:t>推荐排序</w:t>
            </w:r>
          </w:p>
        </w:tc>
        <w:tc>
          <w:tcPr>
            <w:tcW w:type="dxa" w:w="1020"/>
            <w:vAlign w:val="center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</w:t>
            </w:r>
          </w:p>
        </w:tc>
        <w:tc>
          <w:tcPr>
            <w:tcW w:type="dxa" w:w="1077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58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2</w:t>
            </w:r>
          </w:p>
        </w:tc>
        <w:tc>
          <w:tcPr>
            <w:tcW w:type="dxa" w:w="1077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58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3</w:t>
            </w:r>
          </w:p>
        </w:tc>
        <w:tc>
          <w:tcPr>
            <w:tcW w:type="dxa" w:w="1077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58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type="dxa" w:w="1077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58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type="dxa" w:w="1077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58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</w:t>
            </w:r>
          </w:p>
        </w:tc>
        <w:tc>
          <w:tcPr>
            <w:tcW w:type="dxa" w:w="1077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58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</w:t>
            </w:r>
          </w:p>
        </w:tc>
        <w:tc>
          <w:tcPr>
            <w:tcW w:type="dxa" w:w="1077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58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</w:p>
        </w:tc>
        <w:tc>
          <w:tcPr>
            <w:tcW w:type="dxa" w:w="1077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58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c>
          <w:tcPr>
            <w:tcW w:type="dxa" w:w="624"/>
            <w:vAlign w:val="center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</w:t>
            </w:r>
          </w:p>
        </w:tc>
        <w:tc>
          <w:tcPr>
            <w:tcW w:type="dxa" w:w="1077"/>
            <w:vAlign w:val="center"/>
          </w:tcPr>
          <w:p/>
        </w:tc>
        <w:tc>
          <w:tcPr>
            <w:tcW w:type="dxa" w:w="1701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1587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1247"/>
            <w:vAlign w:val="center"/>
          </w:tcPr>
          <w:p/>
        </w:tc>
        <w:tc>
          <w:tcPr>
            <w:tcW w:type="dxa" w:w="794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</w:tbl>
    <w:p>
      <w:pPr>
        <w:spacing w:line="360" w:lineRule="auto" w:before="160" w:after="0"/>
        <w:jc w:val="left"/>
      </w:pPr>
      <w:r>
        <w:rPr>
          <w:rFonts w:ascii="仿宋" w:hAnsi="仿宋" w:eastAsia="仿宋"/>
          <w:b w:val="0"/>
          <w:sz w:val="21"/>
        </w:rPr>
        <w:t>填表说明：1."推荐类别"填写学术论文/改革成果项目/创业推介项目；2."备注"栏填写是否为"国创计划"重点支持领域项目（如是，注明所属领域）；3.学术论文须同时填报附件1推荐意见表，改革成果项目填报附件3，创业推介项目填报附件4，材料具体要求见附件6；4.请于2026年10月19日17:00前随推荐材料一并报送。</w:t>
      </w:r>
    </w:p>
    <w:sectPr w:rsidR="00FC693F" w:rsidRPr="0006063C" w:rsidSect="00034616">
      <w:pgSz w:w="11906" w:h="16838"/>
      <w:pgMar w:top="1474" w:right="1247" w:bottom="147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